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MAHESH VILASAGARAPU</w:t>
      </w:r>
    </w:p>
    <w:p>
      <w:r>
        <w:t>Phone: +91 8978276531</w:t>
        <w:br/>
        <w:t>Email: maheshvilasagarapu07@gmail.com</w:t>
        <w:br/>
        <w:t>Location: Palwancha, Bhadradri Kothagudem, Telangana</w:t>
      </w:r>
    </w:p>
    <w:p>
      <w:pPr>
        <w:pStyle w:val="Heading2"/>
      </w:pPr>
      <w:r>
        <w:t>Professional Summary</w:t>
      </w:r>
    </w:p>
    <w:p>
      <w:r>
        <w:t>Digital Marketer &amp; WordPress Website Designer skilled in SEO, content strategy, analytics, and building clean, fast, user-friendly websites. Experienced in creating structured content, marketing assets, and performance-focused designs using WordPress, Elementor, Canva, and digital tools.</w:t>
      </w:r>
    </w:p>
    <w:p>
      <w:pPr>
        <w:pStyle w:val="Heading2"/>
      </w:pPr>
      <w:r>
        <w:t>Education</w:t>
      </w:r>
    </w:p>
    <w:p>
      <w:r>
        <w:t>B.Tech (CSE) – KLR College of Engineering &amp; Technology, JNTUH | 2025 | 6.89 CGPA</w:t>
        <w:br/>
      </w:r>
      <w:r>
        <w:t>ITI (DMM) – Government ITI College, NCVT | 2022 | 84.5%</w:t>
        <w:br/>
      </w:r>
      <w:r>
        <w:t>Diploma (Civil Engineering) – KLR College of Engineering &amp; Technology, SBTET | 2020 | 66.82%</w:t>
      </w:r>
    </w:p>
    <w:p>
      <w:pPr>
        <w:pStyle w:val="Heading2"/>
      </w:pPr>
      <w:r>
        <w:t>Certifications</w:t>
      </w:r>
    </w:p>
    <w:p>
      <w:pPr>
        <w:pStyle w:val="ListBullet"/>
      </w:pPr>
      <w:r>
        <w:t>ODMT Digital Marketing Certification</w:t>
      </w:r>
    </w:p>
    <w:p>
      <w:pPr>
        <w:pStyle w:val="ListBullet"/>
      </w:pPr>
      <w:r>
        <w:t>Google Ads Search Certification</w:t>
      </w:r>
    </w:p>
    <w:p>
      <w:pPr>
        <w:pStyle w:val="ListBullet"/>
      </w:pPr>
      <w:r>
        <w:t>Google Ads Measurement Certification</w:t>
      </w:r>
    </w:p>
    <w:p>
      <w:pPr>
        <w:pStyle w:val="Heading2"/>
      </w:pPr>
      <w:r>
        <w:t>Skills</w:t>
      </w:r>
    </w:p>
    <w:p>
      <w:pPr>
        <w:pStyle w:val="ListBullet"/>
      </w:pPr>
      <w:r>
        <w:t>Digital Marketing Skills:</w:t>
      </w:r>
    </w:p>
    <w:p>
      <w:pPr>
        <w:pStyle w:val="ListBullet2"/>
      </w:pPr>
      <w:r>
        <w:t>SEO (On-Page, Technical Basics, Keyword Research)</w:t>
      </w:r>
    </w:p>
    <w:p>
      <w:pPr>
        <w:pStyle w:val="ListBullet2"/>
      </w:pPr>
      <w:r>
        <w:t>Content Strategy</w:t>
      </w:r>
    </w:p>
    <w:p>
      <w:pPr>
        <w:pStyle w:val="ListBullet2"/>
      </w:pPr>
      <w:r>
        <w:t>Social Media Marketing</w:t>
      </w:r>
    </w:p>
    <w:p>
      <w:pPr>
        <w:pStyle w:val="ListBullet2"/>
      </w:pPr>
      <w:r>
        <w:t>Google Ads (Basic)</w:t>
      </w:r>
    </w:p>
    <w:p>
      <w:pPr>
        <w:pStyle w:val="ListBullet2"/>
      </w:pPr>
      <w:r>
        <w:t>Meta Ads Fundamentals</w:t>
      </w:r>
    </w:p>
    <w:p>
      <w:pPr>
        <w:pStyle w:val="ListBullet"/>
      </w:pPr>
      <w:r>
        <w:t>Website &amp; Design Skills:</w:t>
      </w:r>
    </w:p>
    <w:p>
      <w:pPr>
        <w:pStyle w:val="ListBullet2"/>
      </w:pPr>
      <w:r>
        <w:t>WordPress Development</w:t>
      </w:r>
    </w:p>
    <w:p>
      <w:pPr>
        <w:pStyle w:val="ListBullet2"/>
      </w:pPr>
      <w:r>
        <w:t>Elementor Page Builder</w:t>
      </w:r>
    </w:p>
    <w:p>
      <w:pPr>
        <w:pStyle w:val="ListBullet2"/>
      </w:pPr>
      <w:r>
        <w:t>Website UI/UX Structure</w:t>
      </w:r>
    </w:p>
    <w:p>
      <w:pPr>
        <w:pStyle w:val="ListBullet2"/>
      </w:pPr>
      <w:r>
        <w:t>Website Speed Optimization</w:t>
      </w:r>
    </w:p>
    <w:p>
      <w:pPr>
        <w:pStyle w:val="ListBullet2"/>
      </w:pPr>
      <w:r>
        <w:t>Canva Design</w:t>
      </w:r>
    </w:p>
    <w:p>
      <w:pPr>
        <w:pStyle w:val="ListBullet2"/>
      </w:pPr>
      <w:r>
        <w:t>Content Creation</w:t>
      </w:r>
    </w:p>
    <w:p>
      <w:pPr>
        <w:pStyle w:val="ListBullet"/>
      </w:pPr>
      <w:r>
        <w:t>Tools:</w:t>
      </w:r>
    </w:p>
    <w:p>
      <w:pPr>
        <w:pStyle w:val="ListBullet2"/>
      </w:pPr>
      <w:r>
        <w:t>Google Analytics (Basic)</w:t>
      </w:r>
    </w:p>
    <w:p>
      <w:pPr>
        <w:pStyle w:val="ListBullet2"/>
      </w:pPr>
      <w:r>
        <w:t>Google Search Console</w:t>
      </w:r>
    </w:p>
    <w:p>
      <w:pPr>
        <w:pStyle w:val="ListBullet2"/>
      </w:pPr>
      <w:r>
        <w:t>Canva</w:t>
      </w:r>
    </w:p>
    <w:p>
      <w:pPr>
        <w:pStyle w:val="ListBullet2"/>
      </w:pPr>
      <w:r>
        <w:t>Excel/Sheets (Work Tracking Only)</w:t>
      </w:r>
    </w:p>
    <w:p>
      <w:pPr>
        <w:pStyle w:val="Heading2"/>
      </w:pPr>
      <w:r>
        <w:t>Projects</w:t>
      </w:r>
    </w:p>
    <w:p>
      <w:r>
        <w:rPr>
          <w:b/>
        </w:rPr>
        <w:t>1. Mahi Digital Zone – Digital Marketing Website (mahidigitalzone.in)</w:t>
        <w:br/>
      </w:r>
      <w:r>
        <w:t>Designed and developed a complete digital marketing website showcasing SEO, SMM, and website services.</w:t>
        <w:br/>
        <w:t>• Custom WordPress + Elementor layout</w:t>
        <w:br/>
        <w:t>• Fast-loading, mobile-friendly UI</w:t>
        <w:br/>
        <w:t>• Clear service navigation for better user actions</w:t>
        <w:br/>
        <w:t>• Simple and professional homepage structure</w:t>
      </w:r>
    </w:p>
    <w:p>
      <w:r>
        <w:rPr>
          <w:b/>
        </w:rPr>
        <w:br/>
        <w:t>2. ShubhamTechInTelugu – Online Services Website (shubhamtechintelugu.in)</w:t>
        <w:br/>
      </w:r>
      <w:r>
        <w:t>Developed a fully functional website for Aadhaar, PAN, certificates, bill payments, and tech support.</w:t>
        <w:br/>
        <w:t>• Clean category-based service listing</w:t>
        <w:br/>
        <w:t>• Optimized for speed and low-end devices</w:t>
        <w:br/>
        <w:t>• Integrated WhatsApp/contact actions for quick user support</w:t>
        <w:br/>
        <w:t>• Simple, responsive, and user-focused UI</w:t>
      </w:r>
    </w:p>
    <w:p>
      <w:pPr>
        <w:pStyle w:val="Heading2"/>
      </w:pPr>
      <w:r>
        <w:t>Languages</w:t>
      </w:r>
    </w:p>
    <w:p>
      <w:r>
        <w:t>Telugu, Hindi, English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